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750DD" w14:textId="77777777" w:rsidR="008C6BAA" w:rsidRDefault="00B15640">
      <w:pPr>
        <w:pStyle w:val="Heading1"/>
        <w:jc w:val="center"/>
      </w:pPr>
      <w:r w:rsidRPr="0000577B">
        <w:rPr>
          <w:color w:val="4F6228" w:themeColor="accent3" w:themeShade="80"/>
          <w:sz w:val="40"/>
        </w:rPr>
        <w:t>🎄</w:t>
      </w:r>
      <w:r>
        <w:rPr>
          <w:color w:val="C80000"/>
          <w:sz w:val="40"/>
        </w:rPr>
        <w:t xml:space="preserve"> </w:t>
      </w:r>
      <w:r w:rsidRPr="00B15640">
        <w:rPr>
          <w:color w:val="auto"/>
          <w:sz w:val="40"/>
        </w:rPr>
        <w:t xml:space="preserve">Mayor’s Christmas Message </w:t>
      </w:r>
      <w:r w:rsidRPr="0000577B">
        <w:rPr>
          <w:color w:val="4F6228" w:themeColor="accent3" w:themeShade="80"/>
          <w:sz w:val="40"/>
        </w:rPr>
        <w:t>🎄</w:t>
      </w:r>
    </w:p>
    <w:p w14:paraId="7865E9B3" w14:textId="77777777" w:rsidR="008C6BAA" w:rsidRDefault="00B15640">
      <w:r>
        <w:t>❄️ As the festive season approaches, I would like to extend my warmest wishes to each and every one of you. Christmas is a time of reflection, generosity, and togetherness—a chance to celebrate with family, friends, and neighbours, and to share the spirit of kindness that makes our community so special.</w:t>
      </w:r>
    </w:p>
    <w:p w14:paraId="78C379CD" w14:textId="46A19B14" w:rsidR="008C6BAA" w:rsidRDefault="00B15640">
      <w:r>
        <w:t>❄️ This past year has brought both challenges and triumphs, and we have faced them together with resilience and cooperation. On behalf of the Village, I would like to extend our sincere thanks to our former Administrator, Ron McCoullough, for his dedicated service and contributions. We wish him all the best in his future endeavours. We are also pleased to welcome our new Administrator, Rhonda Bellefeuille, who has jumped in with both feet and is doing a terrific job.  Rhonda can be reached at RBellefeuille@rvofwestend.ca.</w:t>
      </w:r>
    </w:p>
    <w:p w14:paraId="7E249E63" w14:textId="77777777" w:rsidR="008C6BAA" w:rsidRDefault="00B15640">
      <w:r>
        <w:t>❄️ Throughout the year, Council has continued its work to update and develop bylaws that support a sustainable, safe, and thriving community—one where people feel proud to work, live, and play. This progress is only possible because of the people who call West End home.</w:t>
      </w:r>
    </w:p>
    <w:p w14:paraId="5DDD31FA" w14:textId="77777777" w:rsidR="008C6BAA" w:rsidRDefault="00B15640">
      <w:r>
        <w:t>❄️ Whether it’s the volunteers who give their time selflessly, the businesses who support our local economy, or the families and neighbours who look out for one another, you are the heart of our village. The spirit of generosity in West End is not limited to the Christmas season—it shines all year long. From those who help with the August long weekend dance, to those who care for Dove Park, maintain the playground, take part in spring cleanup, or simply extend everyday kindness, your efforts truly make a difference.</w:t>
      </w:r>
    </w:p>
    <w:p w14:paraId="09D320F6" w14:textId="77777777" w:rsidR="008C6BAA" w:rsidRDefault="00B15640">
      <w:r>
        <w:t>❄️ We are also deeply grateful for the West End Recreation Board and their continued fundraising efforts for a new recreation area that will serve residents, campers, and visitors alike. I look forward to watching this exciting project move forward in the coming year.</w:t>
      </w:r>
    </w:p>
    <w:p w14:paraId="03A42861" w14:textId="77777777" w:rsidR="008C6BAA" w:rsidRDefault="00B15640">
      <w:r>
        <w:t>❄️ As we celebrate, let us also be mindful that the holiday season can be difficult for some. Many in our community may be grieving the loss of a loved one, managing chronic health conditions, facing financial hardship, or working through the holidays. Let us honour the true spirit of Christmas by showing compassion, patience, and understanding to those who may need it most.</w:t>
      </w:r>
    </w:p>
    <w:p w14:paraId="4BADCEC1" w14:textId="77777777" w:rsidR="008C6BAA" w:rsidRDefault="00B15640">
      <w:r>
        <w:t>❄️ With the winter season bringing snow and icy conditions, please take care as you travel and enjoy our beautiful natural surroundings. My hope is that each of you finds peace, comfort, and moments of joy in the days ahead—and that you experience the warmth of friends, family, and community.</w:t>
      </w:r>
    </w:p>
    <w:p w14:paraId="65E1A0D2" w14:textId="3B6DA7E7" w:rsidR="008C6BAA" w:rsidRDefault="00B15640">
      <w:r>
        <w:t>❄️ The Council and I wish you a very Merry Christmas and a healthy, happy New Year.</w:t>
      </w:r>
    </w:p>
    <w:p w14:paraId="3BD470E7" w14:textId="1A9DB5A1" w:rsidR="00B15640" w:rsidRPr="00B15640" w:rsidRDefault="00B15640" w:rsidP="00B15640">
      <w:pPr>
        <w:jc w:val="center"/>
        <w:rPr>
          <w:b/>
          <w:bCs/>
          <w:color w:val="4F6228" w:themeColor="accent3" w:themeShade="80"/>
        </w:rPr>
      </w:pPr>
      <w:r w:rsidRPr="00B15640">
        <w:rPr>
          <w:b/>
          <w:bCs/>
          <w:color w:val="4F6228" w:themeColor="accent3" w:themeShade="80"/>
        </w:rPr>
        <w:t>Linda Restau</w:t>
      </w:r>
    </w:p>
    <w:sectPr w:rsidR="00B15640" w:rsidRPr="00B1564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2442844">
    <w:abstractNumId w:val="8"/>
  </w:num>
  <w:num w:numId="2" w16cid:durableId="1620523313">
    <w:abstractNumId w:val="6"/>
  </w:num>
  <w:num w:numId="3" w16cid:durableId="306207333">
    <w:abstractNumId w:val="5"/>
  </w:num>
  <w:num w:numId="4" w16cid:durableId="1099132952">
    <w:abstractNumId w:val="4"/>
  </w:num>
  <w:num w:numId="5" w16cid:durableId="133068074">
    <w:abstractNumId w:val="7"/>
  </w:num>
  <w:num w:numId="6" w16cid:durableId="361129803">
    <w:abstractNumId w:val="3"/>
  </w:num>
  <w:num w:numId="7" w16cid:durableId="873729824">
    <w:abstractNumId w:val="2"/>
  </w:num>
  <w:num w:numId="8" w16cid:durableId="138614505">
    <w:abstractNumId w:val="1"/>
  </w:num>
  <w:num w:numId="9" w16cid:durableId="70178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77B"/>
    <w:rsid w:val="00034616"/>
    <w:rsid w:val="0006063C"/>
    <w:rsid w:val="0015074B"/>
    <w:rsid w:val="0029639D"/>
    <w:rsid w:val="00326F90"/>
    <w:rsid w:val="00662582"/>
    <w:rsid w:val="008C6BAA"/>
    <w:rsid w:val="00AA1D8D"/>
    <w:rsid w:val="00B15640"/>
    <w:rsid w:val="00B47730"/>
    <w:rsid w:val="00CB0664"/>
    <w:rsid w:val="00EB26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8F99D1"/>
  <w14:defaultImageDpi w14:val="300"/>
  <w15:docId w15:val="{B7927A50-FE93-4BCA-B0DD-8EA98C8A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Linda Restau</cp:lastModifiedBy>
  <cp:revision>2</cp:revision>
  <dcterms:created xsi:type="dcterms:W3CDTF">2025-12-01T18:48:00Z</dcterms:created>
  <dcterms:modified xsi:type="dcterms:W3CDTF">2025-12-01T18:48:00Z</dcterms:modified>
  <cp:category/>
</cp:coreProperties>
</file>